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5386"/>
          </w:tcPr>
          <w:p>
            <w:pPr>
              <w:spacing w:before="80" w:after="0"/>
            </w:pPr>
            <w:r>
              <w:rPr>
                <w:b/>
                <w:i w:val="0"/>
                <w:color w:val="212121"/>
                <w:sz w:val="28"/>
              </w:rPr>
              <w:t>[Firmenname]</w:t>
            </w:r>
          </w:p>
          <w:p>
            <w:pPr>
              <w:spacing w:before="60" w:after="0"/>
            </w:pPr>
            <w:r>
              <w:rPr>
                <w:b w:val="0"/>
                <w:i w:val="0"/>
                <w:color w:val="808080"/>
                <w:sz w:val="18"/>
              </w:rPr>
              <w:t>[Vorname Name]</w:t>
            </w:r>
          </w:p>
        </w:tc>
        <w:tc>
          <w:tcPr>
            <w:tcW w:type="dxa" w:w="4252"/>
          </w:tcPr>
          <w:p>
            <w:pPr>
              <w:spacing w:before="0" w:after="0"/>
              <w:jc w:val="right"/>
            </w:pPr>
            <w:r>
              <w:rPr>
                <w:b/>
                <w:i w:val="0"/>
                <w:color w:val="008DD8"/>
                <w:sz w:val="56"/>
              </w:rPr>
              <w:t>OFFERTE</w:t>
            </w:r>
          </w:p>
          <w:p>
            <w:pPr>
              <w:spacing w:before="40" w:after="0"/>
              <w:jc w:val="right"/>
            </w:pPr>
            <w:r>
              <w:rPr>
                <w:b w:val="0"/>
                <w:i w:val="0"/>
                <w:color w:val="808080"/>
                <w:sz w:val="22"/>
              </w:rPr>
              <w:t>[OF-2026-001]</w:t>
            </w:r>
          </w:p>
        </w:tc>
      </w:tr>
    </w:tbl>
    <w:p>
      <w:pPr>
        <w:spacing w:before="360" w:after="0"/>
      </w:pP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98" w:type="dxa"/>
          <w:left w:w="284" w:type="dxa"/>
          <w:bottom w:w="198" w:type="dxa"/>
          <w:right w:w="284" w:type="dxa"/>
        </w:tblCellMar>
        <w:tblLook w:firstColumn="1" w:firstRow="1" w:lastColumn="0" w:lastRow="0" w:noHBand="0" w:noVBand="1" w:val="04A0"/>
      </w:tblPr>
      <w:tblGrid>
        <w:gridCol w:w="4820"/>
        <w:gridCol w:w="850"/>
        <w:gridCol w:w="3969"/>
      </w:tblGrid>
      <w:tr>
        <w:tc>
          <w:tcPr>
            <w:tcW w:type="dxa" w:w="4819"/>
            <w:shd w:val="clear" w:color="auto" w:fill="F8FAFC"/>
          </w:tcPr>
          <w:p>
            <w:pPr>
              <w:spacing w:before="0" w:after="0"/>
            </w:pPr>
            <w:r>
              <w:rPr>
                <w:b/>
                <w:i w:val="0"/>
                <w:color w:val="008DD8"/>
                <w:sz w:val="16"/>
              </w:rPr>
              <w:t>VON</w:t>
            </w:r>
          </w:p>
          <w:p>
            <w:pPr>
              <w:spacing w:before="80" w:after="0"/>
            </w:pPr>
            <w:r>
              <w:rPr>
                <w:b/>
                <w:i w:val="0"/>
                <w:color w:val="212121"/>
                <w:sz w:val="20"/>
              </w:rPr>
              <w:t>[Firmenname]</w:t>
            </w:r>
          </w:p>
          <w:p>
            <w:pPr>
              <w:spacing w:before="40" w:after="0"/>
            </w:pPr>
            <w:r>
              <w:rPr>
                <w:b w:val="0"/>
                <w:i w:val="0"/>
                <w:color w:val="212121"/>
                <w:sz w:val="18"/>
              </w:rPr>
              <w:t>[Vorname Name]</w:t>
            </w:r>
          </w:p>
          <w:p>
            <w:pPr>
              <w:spacing w:before="40" w:after="0"/>
            </w:pPr>
            <w:r>
              <w:rPr>
                <w:b w:val="0"/>
                <w:i w:val="0"/>
                <w:color w:val="212121"/>
                <w:sz w:val="18"/>
              </w:rPr>
              <w:t>[Strasse Nr.]</w:t>
            </w:r>
          </w:p>
          <w:p>
            <w:pPr>
              <w:spacing w:before="40" w:after="0"/>
            </w:pPr>
            <w:r>
              <w:rPr>
                <w:b w:val="0"/>
                <w:i w:val="0"/>
                <w:color w:val="212121"/>
                <w:sz w:val="18"/>
              </w:rPr>
              <w:t>[PLZ Ort]</w:t>
            </w:r>
          </w:p>
          <w:p>
            <w:pPr>
              <w:spacing w:before="40" w:after="0"/>
            </w:pPr>
            <w:r>
              <w:rPr>
                <w:b w:val="0"/>
                <w:i w:val="0"/>
                <w:color w:val="808080"/>
                <w:sz w:val="16"/>
              </w:rPr>
              <w:t>MWST-Nr: CHE-[000.000.000]</w:t>
            </w:r>
          </w:p>
          <w:p>
            <w:pPr>
              <w:spacing w:before="200" w:after="0"/>
            </w:pPr>
            <w:r>
              <w:rPr>
                <w:b/>
                <w:i w:val="0"/>
                <w:color w:val="008DD8"/>
                <w:sz w:val="16"/>
              </w:rPr>
              <w:t>AN</w:t>
            </w:r>
          </w:p>
          <w:p>
            <w:pPr>
              <w:spacing w:before="80" w:after="0"/>
            </w:pPr>
            <w:r>
              <w:rPr>
                <w:b/>
                <w:i w:val="0"/>
                <w:color w:val="212121"/>
                <w:sz w:val="20"/>
              </w:rPr>
              <w:t>[Firma]</w:t>
            </w:r>
          </w:p>
          <w:p>
            <w:pPr>
              <w:spacing w:before="40" w:after="0"/>
            </w:pPr>
            <w:r>
              <w:rPr>
                <w:b w:val="0"/>
                <w:i w:val="0"/>
                <w:color w:val="212121"/>
                <w:sz w:val="18"/>
              </w:rPr>
              <w:t>[Vorname Name]</w:t>
            </w:r>
          </w:p>
          <w:p>
            <w:pPr>
              <w:spacing w:before="40" w:after="0"/>
            </w:pPr>
            <w:r>
              <w:rPr>
                <w:b w:val="0"/>
                <w:i w:val="0"/>
                <w:color w:val="212121"/>
                <w:sz w:val="18"/>
              </w:rPr>
              <w:t>[Strasse Nr.]</w:t>
            </w:r>
          </w:p>
          <w:p>
            <w:pPr>
              <w:spacing w:before="40" w:after="0"/>
            </w:pPr>
            <w:r>
              <w:rPr>
                <w:b w:val="0"/>
                <w:i w:val="0"/>
                <w:color w:val="212121"/>
                <w:sz w:val="18"/>
              </w:rPr>
              <w:t>[PLZ Ort]</w:t>
            </w:r>
          </w:p>
        </w:tc>
        <w:tc>
          <w:tcPr>
            <w:tcW w:type="dxa" w:w="850"/>
          </w:tcPr>
          <w:p/>
        </w:tc>
        <w:tc>
          <w:tcPr>
            <w:tcW w:type="dxa" w:w="3969"/>
          </w:tcPr>
          <w:tbl>
            <w:tblPr>
              <w:tblW w:type="auto" w:w="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255" w:type="dxa"/>
                <w:left w:w="284" w:type="dxa"/>
                <w:bottom w:w="142" w:type="dxa"/>
                <w:right w:w="284" w:type="dxa"/>
              </w:tblCellMar>
              <w:tblLook w:firstColumn="1" w:firstRow="1" w:lastColumn="0" w:lastRow="0" w:noHBand="0" w:noVBand="1" w:val="04A0"/>
            </w:tblPr>
            <w:tblGrid>
              <w:gridCol w:w="3402"/>
            </w:tblGrid>
            <w:tr>
              <w:tc>
                <w:tcPr>
                  <w:tcW w:type="dxa" w:w="3402"/>
                  <w:shd w:val="clear" w:color="auto" w:fill="F8FAFC"/>
                </w:tcPr>
                <w:p>
                  <w:pPr>
                    <w:tabs>
                      <w:tab w:pos="2835" w:val="right"/>
                    </w:tabs>
                    <w:spacing w:before="0" w:after="140"/>
                  </w:pPr>
                  <w:r>
                    <w:rPr>
                      <w:b w:val="0"/>
                      <w:i w:val="0"/>
                      <w:color w:val="808080"/>
                      <w:sz w:val="18"/>
                    </w:rPr>
                    <w:t>Datum:</w:t>
                  </w:r>
                  <w:r>
                    <w:rPr>
                      <w:b w:val="0"/>
                      <w:i w:val="0"/>
                      <w:color w:val="212121"/>
                      <w:sz w:val="18"/>
                    </w:rPr>
                    <w:tab/>
                    <w:t>[TT.MM.JJJJ]</w:t>
                  </w:r>
                </w:p>
                <w:p>
                  <w:pPr>
                    <w:tabs>
                      <w:tab w:pos="2835" w:val="right"/>
                    </w:tabs>
                    <w:spacing w:before="0" w:after="140"/>
                  </w:pPr>
                  <w:r>
                    <w:rPr>
                      <w:b w:val="0"/>
                      <w:i w:val="0"/>
                      <w:color w:val="808080"/>
                      <w:sz w:val="18"/>
                    </w:rPr>
                    <w:t>Gültig bis:</w:t>
                  </w:r>
                  <w:r>
                    <w:rPr>
                      <w:b w:val="0"/>
                      <w:i w:val="0"/>
                      <w:color w:val="212121"/>
                      <w:sz w:val="18"/>
                    </w:rPr>
                    <w:tab/>
                    <w:t>[TT.MM.JJJJ]</w:t>
                  </w:r>
                </w:p>
                <w:p>
                  <w:pPr>
                    <w:tabs>
                      <w:tab w:pos="2835" w:val="right"/>
                    </w:tabs>
                    <w:spacing w:before="0" w:after="140"/>
                  </w:pPr>
                  <w:r>
                    <w:rPr>
                      <w:b w:val="0"/>
                      <w:i w:val="0"/>
                      <w:color w:val="808080"/>
                      <w:sz w:val="18"/>
                    </w:rPr>
                    <w:t>Kunden-Nr:</w:t>
                  </w:r>
                  <w:r>
                    <w:rPr>
                      <w:b w:val="0"/>
                      <w:i w:val="0"/>
                      <w:color w:val="212121"/>
                      <w:sz w:val="18"/>
                    </w:rPr>
                    <w:tab/>
                    <w:t>[K-00001]</w:t>
                  </w:r>
                </w:p>
              </w:tc>
            </w:tr>
          </w:tbl>
          <w:p/>
        </w:tc>
      </w:tr>
    </w:tbl>
    <w:p>
      <w:pPr>
        <w:spacing w:before="160" w:after="0"/>
      </w:pP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68" w:type="dxa"/>
          <w:left w:w="198" w:type="dxa"/>
          <w:bottom w:w="68" w:type="dxa"/>
          <w:right w:w="198" w:type="dxa"/>
        </w:tblCellMar>
        <w:tblLook w:firstColumn="1" w:firstRow="1" w:lastColumn="0" w:lastRow="0" w:noHBand="0" w:noVBand="1" w:val="04A0"/>
      </w:tblPr>
      <w:tblGrid>
        <w:gridCol w:w="4763"/>
        <w:gridCol w:w="1361"/>
        <w:gridCol w:w="1758"/>
        <w:gridCol w:w="1758"/>
      </w:tblGrid>
      <w:tr>
        <w:tc>
          <w:tcPr>
            <w:tcW w:type="dxa" w:w="4762"/>
            <w:tcBorders>
              <w:top w:val="single" w:sz="4" w:space="0" w:color="008DD8"/>
              <w:left w:val="single" w:sz="4" w:space="0" w:color="008DD8"/>
              <w:bottom w:val="single" w:sz="4" w:space="0" w:color="008DD8"/>
              <w:right w:val="single" w:sz="4" w:space="0" w:color="008DD8"/>
            </w:tcBorders>
            <w:shd w:val="clear" w:color="auto" w:fill="008DD8"/>
          </w:tcPr>
          <w:p>
            <w:pPr>
              <w:spacing w:before="60" w:after="60"/>
            </w:pPr>
            <w:r>
              <w:rPr>
                <w:b/>
                <w:i w:val="0"/>
                <w:color w:val="FFFFFF"/>
                <w:sz w:val="18"/>
              </w:rPr>
              <w:t>Beschreibung</w:t>
            </w:r>
          </w:p>
        </w:tc>
        <w:tc>
          <w:tcPr>
            <w:tcW w:type="dxa" w:w="1361"/>
            <w:tcBorders>
              <w:top w:val="single" w:sz="4" w:space="0" w:color="008DD8"/>
              <w:left w:val="single" w:sz="4" w:space="0" w:color="008DD8"/>
              <w:bottom w:val="single" w:sz="4" w:space="0" w:color="008DD8"/>
              <w:right w:val="single" w:sz="4" w:space="0" w:color="008DD8"/>
            </w:tcBorders>
            <w:shd w:val="clear" w:color="auto" w:fill="008DD8"/>
          </w:tcPr>
          <w:p>
            <w:pPr>
              <w:spacing w:before="60" w:after="60"/>
              <w:jc w:val="right"/>
            </w:pPr>
            <w:r>
              <w:rPr>
                <w:b/>
                <w:i w:val="0"/>
                <w:color w:val="FFFFFF"/>
                <w:sz w:val="18"/>
              </w:rPr>
              <w:t>Menge</w:t>
            </w:r>
          </w:p>
        </w:tc>
        <w:tc>
          <w:tcPr>
            <w:tcW w:type="dxa" w:w="1757"/>
            <w:tcBorders>
              <w:top w:val="single" w:sz="4" w:space="0" w:color="008DD8"/>
              <w:left w:val="single" w:sz="4" w:space="0" w:color="008DD8"/>
              <w:bottom w:val="single" w:sz="4" w:space="0" w:color="008DD8"/>
              <w:right w:val="single" w:sz="4" w:space="0" w:color="008DD8"/>
            </w:tcBorders>
            <w:shd w:val="clear" w:color="auto" w:fill="008DD8"/>
          </w:tcPr>
          <w:p>
            <w:pPr>
              <w:spacing w:before="60" w:after="60"/>
              <w:jc w:val="right"/>
            </w:pPr>
            <w:r>
              <w:rPr>
                <w:b/>
                <w:i w:val="0"/>
                <w:color w:val="FFFFFF"/>
                <w:sz w:val="18"/>
              </w:rPr>
              <w:t>Preis</w:t>
            </w:r>
          </w:p>
        </w:tc>
        <w:tc>
          <w:tcPr>
            <w:tcW w:type="dxa" w:w="1757"/>
            <w:tcBorders>
              <w:top w:val="single" w:sz="4" w:space="0" w:color="008DD8"/>
              <w:left w:val="single" w:sz="4" w:space="0" w:color="008DD8"/>
              <w:bottom w:val="single" w:sz="4" w:space="0" w:color="008DD8"/>
              <w:right w:val="single" w:sz="4" w:space="0" w:color="008DD8"/>
            </w:tcBorders>
            <w:shd w:val="clear" w:color="auto" w:fill="008DD8"/>
          </w:tcPr>
          <w:p>
            <w:pPr>
              <w:spacing w:before="60" w:after="60"/>
              <w:jc w:val="right"/>
            </w:pPr>
            <w:r>
              <w:rPr>
                <w:b/>
                <w:i w:val="0"/>
                <w:color w:val="FFFFFF"/>
                <w:sz w:val="18"/>
              </w:rPr>
              <w:t>Total</w:t>
            </w:r>
          </w:p>
        </w:tc>
      </w:tr>
      <w:tr>
        <w:tc>
          <w:tcPr>
            <w:tcW w:type="dxa" w:w="4762"/>
          </w:tcPr>
          <w:p>
            <w:pPr>
              <w:spacing w:before="80" w:after="0"/>
            </w:pPr>
            <w:r>
              <w:rPr>
                <w:b w:val="0"/>
                <w:i w:val="0"/>
                <w:color w:val="212121"/>
                <w:sz w:val="20"/>
              </w:rPr>
              <w:t>[Leistung oder Produkt, möglichst konkret]</w:t>
            </w:r>
          </w:p>
        </w:tc>
        <w:tc>
          <w:tcPr>
            <w:tcW w:type="dxa" w:w="1361"/>
          </w:tcPr>
          <w:p>
            <w:pPr>
              <w:spacing w:before="80" w:after="0"/>
              <w:jc w:val="right"/>
            </w:pPr>
            <w:r>
              <w:rPr>
                <w:b w:val="0"/>
                <w:i w:val="0"/>
                <w:color w:val="212121"/>
                <w:sz w:val="18"/>
              </w:rPr>
              <w:t>[1 Std.]</w:t>
            </w:r>
          </w:p>
        </w:tc>
        <w:tc>
          <w:tcPr>
            <w:tcW w:type="dxa" w:w="1757"/>
          </w:tcPr>
          <w:p>
            <w:pPr>
              <w:spacing w:before="80" w:after="0"/>
              <w:jc w:val="right"/>
            </w:pPr>
            <w:r>
              <w:rPr>
                <w:b w:val="0"/>
                <w:i w:val="0"/>
                <w:color w:val="212121"/>
                <w:sz w:val="18"/>
              </w:rPr>
              <w:t>CHF [0.00]</w:t>
            </w:r>
          </w:p>
        </w:tc>
        <w:tc>
          <w:tcPr>
            <w:tcW w:type="dxa" w:w="1757"/>
          </w:tcPr>
          <w:p>
            <w:pPr>
              <w:spacing w:before="80" w:after="0"/>
              <w:jc w:val="right"/>
            </w:pPr>
            <w:r>
              <w:rPr>
                <w:b/>
                <w:i w:val="0"/>
                <w:color w:val="212121"/>
                <w:sz w:val="18"/>
              </w:rPr>
              <w:t>CHF [0.00]</w:t>
            </w:r>
          </w:p>
        </w:tc>
      </w:tr>
      <w:tr>
        <w:tc>
          <w:tcPr>
            <w:tcW w:type="dxa" w:w="4762"/>
          </w:tcPr>
          <w:p>
            <w:pPr>
              <w:spacing w:before="80" w:after="0"/>
            </w:pPr>
            <w:r>
              <w:rPr>
                <w:b w:val="0"/>
                <w:i w:val="0"/>
                <w:color w:val="212121"/>
                <w:sz w:val="20"/>
              </w:rPr>
              <w:t>[Leistung oder Produkt, möglichst konkret]</w:t>
            </w:r>
          </w:p>
        </w:tc>
        <w:tc>
          <w:tcPr>
            <w:tcW w:type="dxa" w:w="1361"/>
          </w:tcPr>
          <w:p>
            <w:pPr>
              <w:spacing w:before="80" w:after="0"/>
              <w:jc w:val="right"/>
            </w:pPr>
            <w:r>
              <w:rPr>
                <w:b w:val="0"/>
                <w:i w:val="0"/>
                <w:color w:val="212121"/>
                <w:sz w:val="18"/>
              </w:rPr>
              <w:t>[1 Std.]</w:t>
            </w:r>
          </w:p>
        </w:tc>
        <w:tc>
          <w:tcPr>
            <w:tcW w:type="dxa" w:w="1757"/>
          </w:tcPr>
          <w:p>
            <w:pPr>
              <w:spacing w:before="80" w:after="0"/>
              <w:jc w:val="right"/>
            </w:pPr>
            <w:r>
              <w:rPr>
                <w:b w:val="0"/>
                <w:i w:val="0"/>
                <w:color w:val="212121"/>
                <w:sz w:val="18"/>
              </w:rPr>
              <w:t>CHF [0.00]</w:t>
            </w:r>
          </w:p>
        </w:tc>
        <w:tc>
          <w:tcPr>
            <w:tcW w:type="dxa" w:w="1757"/>
          </w:tcPr>
          <w:p>
            <w:pPr>
              <w:spacing w:before="80" w:after="0"/>
              <w:jc w:val="right"/>
            </w:pPr>
            <w:r>
              <w:rPr>
                <w:b/>
                <w:i w:val="0"/>
                <w:color w:val="212121"/>
                <w:sz w:val="18"/>
              </w:rPr>
              <w:t>CHF [0.00]</w:t>
            </w:r>
          </w:p>
        </w:tc>
      </w:tr>
      <w:tr>
        <w:tc>
          <w:tcPr>
            <w:tcW w:type="dxa" w:w="4762"/>
          </w:tcPr>
          <w:p>
            <w:pPr>
              <w:spacing w:before="80" w:after="0"/>
            </w:pPr>
            <w:r>
              <w:rPr>
                <w:b w:val="0"/>
                <w:i w:val="0"/>
                <w:color w:val="212121"/>
                <w:sz w:val="20"/>
              </w:rPr>
              <w:t>[Leistung oder Produkt, möglichst konkret]</w:t>
            </w:r>
          </w:p>
        </w:tc>
        <w:tc>
          <w:tcPr>
            <w:tcW w:type="dxa" w:w="1361"/>
          </w:tcPr>
          <w:p>
            <w:pPr>
              <w:spacing w:before="80" w:after="0"/>
              <w:jc w:val="right"/>
            </w:pPr>
            <w:r>
              <w:rPr>
                <w:b w:val="0"/>
                <w:i w:val="0"/>
                <w:color w:val="212121"/>
                <w:sz w:val="18"/>
              </w:rPr>
              <w:t>[1 Std.]</w:t>
            </w:r>
          </w:p>
        </w:tc>
        <w:tc>
          <w:tcPr>
            <w:tcW w:type="dxa" w:w="1757"/>
          </w:tcPr>
          <w:p>
            <w:pPr>
              <w:spacing w:before="80" w:after="0"/>
              <w:jc w:val="right"/>
            </w:pPr>
            <w:r>
              <w:rPr>
                <w:b w:val="0"/>
                <w:i w:val="0"/>
                <w:color w:val="212121"/>
                <w:sz w:val="18"/>
              </w:rPr>
              <w:t>CHF [0.00]</w:t>
            </w:r>
          </w:p>
        </w:tc>
        <w:tc>
          <w:tcPr>
            <w:tcW w:type="dxa" w:w="1757"/>
          </w:tcPr>
          <w:p>
            <w:pPr>
              <w:spacing w:before="80" w:after="0"/>
              <w:jc w:val="right"/>
            </w:pPr>
            <w:r>
              <w:rPr>
                <w:b/>
                <w:i w:val="0"/>
                <w:color w:val="212121"/>
                <w:sz w:val="18"/>
              </w:rPr>
              <w:t>CHF [0.00]</w:t>
            </w:r>
          </w:p>
        </w:tc>
      </w:tr>
    </w:tbl>
    <w:p>
      <w:pPr>
        <w:spacing w:before="120" w:after="0"/>
      </w:pPr>
    </w:p>
    <w:tbl>
      <w:tblPr>
        <w:tblW w:type="auto" w:w="0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7" w:type="dxa"/>
          <w:left w:w="198" w:type="dxa"/>
          <w:bottom w:w="57" w:type="dxa"/>
          <w:right w:w="198" w:type="dxa"/>
        </w:tblCellMar>
        <w:tblLook w:firstColumn="1" w:firstRow="1" w:lastColumn="0" w:lastRow="0" w:noHBand="0" w:noVBand="1" w:val="04A0"/>
      </w:tblPr>
      <w:tblGrid>
        <w:gridCol w:w="2608"/>
        <w:gridCol w:w="1928"/>
      </w:tblGrid>
      <w:tr>
        <w:tc>
          <w:tcPr>
            <w:tcW w:type="dxa" w:w="2608"/>
          </w:tcPr>
          <w:p>
            <w:pPr>
              <w:spacing w:before="40" w:after="40"/>
            </w:pPr>
            <w:r>
              <w:rPr>
                <w:b w:val="0"/>
                <w:i w:val="0"/>
                <w:color w:val="808080"/>
                <w:sz w:val="20"/>
              </w:rPr>
              <w:t>Zwischensumme</w:t>
            </w:r>
          </w:p>
        </w:tc>
        <w:tc>
          <w:tcPr>
            <w:tcW w:type="dxa" w:w="1928"/>
          </w:tcPr>
          <w:p>
            <w:pPr>
              <w:spacing w:before="40" w:after="40"/>
              <w:jc w:val="right"/>
            </w:pPr>
            <w:r>
              <w:rPr>
                <w:b w:val="0"/>
                <w:i w:val="0"/>
                <w:color w:val="212121"/>
                <w:sz w:val="20"/>
              </w:rPr>
              <w:t>CHF [0.00]</w:t>
            </w:r>
          </w:p>
        </w:tc>
      </w:tr>
      <w:tr>
        <w:tc>
          <w:tcPr>
            <w:tcW w:type="dxa" w:w="2608"/>
          </w:tcPr>
          <w:p>
            <w:pPr>
              <w:spacing w:before="40" w:after="40"/>
            </w:pPr>
            <w:r>
              <w:rPr>
                <w:b w:val="0"/>
                <w:i w:val="0"/>
                <w:color w:val="808080"/>
                <w:sz w:val="20"/>
              </w:rPr>
              <w:t>MwSt 8.1%</w:t>
            </w:r>
          </w:p>
        </w:tc>
        <w:tc>
          <w:tcPr>
            <w:tcW w:type="dxa" w:w="1928"/>
          </w:tcPr>
          <w:p>
            <w:pPr>
              <w:spacing w:before="40" w:after="40"/>
              <w:jc w:val="right"/>
            </w:pPr>
            <w:r>
              <w:rPr>
                <w:b w:val="0"/>
                <w:i w:val="0"/>
                <w:color w:val="212121"/>
                <w:sz w:val="20"/>
              </w:rPr>
              <w:t>CHF [0.00]</w:t>
            </w:r>
          </w:p>
        </w:tc>
      </w:tr>
      <w:tr>
        <w:tc>
          <w:tcPr>
            <w:tcW w:type="dxa" w:w="2608"/>
            <w:tcBorders>
              <w:top w:val="single" w:sz="4" w:space="0" w:color="008DD8"/>
              <w:left w:val="single" w:sz="4" w:space="0" w:color="008DD8"/>
              <w:bottom w:val="single" w:sz="4" w:space="0" w:color="008DD8"/>
              <w:right w:val="single" w:sz="4" w:space="0" w:color="008DD8"/>
            </w:tcBorders>
            <w:shd w:val="clear" w:color="auto" w:fill="008DD8"/>
            <w:vAlign w:val="center"/>
          </w:tcPr>
          <w:p>
            <w:pPr>
              <w:spacing w:before="120" w:after="120"/>
            </w:pPr>
            <w:r>
              <w:rPr>
                <w:b/>
                <w:i w:val="0"/>
                <w:color w:val="FFFFFF"/>
                <w:sz w:val="20"/>
              </w:rPr>
              <w:t>Gesamtbetrag</w:t>
            </w:r>
          </w:p>
        </w:tc>
        <w:tc>
          <w:tcPr>
            <w:tcW w:type="dxa" w:w="1928"/>
            <w:tcBorders>
              <w:top w:val="single" w:sz="4" w:space="0" w:color="008DD8"/>
              <w:left w:val="single" w:sz="4" w:space="0" w:color="008DD8"/>
              <w:bottom w:val="single" w:sz="4" w:space="0" w:color="008DD8"/>
              <w:right w:val="single" w:sz="4" w:space="0" w:color="008DD8"/>
            </w:tcBorders>
            <w:shd w:val="clear" w:color="auto" w:fill="008DD8"/>
            <w:vAlign w:val="center"/>
          </w:tcPr>
          <w:p>
            <w:pPr>
              <w:spacing w:before="120" w:after="120"/>
              <w:jc w:val="right"/>
            </w:pPr>
            <w:r>
              <w:rPr>
                <w:b/>
                <w:i w:val="0"/>
                <w:color w:val="FFFFFF"/>
                <w:sz w:val="20"/>
              </w:rPr>
              <w:t>CHF [0.00]</w:t>
            </w:r>
          </w:p>
        </w:tc>
      </w:tr>
    </w:tbl>
    <w:p>
      <w:pPr>
        <w:spacing w:before="80" w:after="0"/>
        <w:jc w:val="right"/>
      </w:pPr>
      <w:r>
        <w:rPr>
          <w:b w:val="0"/>
          <w:i/>
          <w:color w:val="969696"/>
          <w:sz w:val="15"/>
        </w:rPr>
        <w:t>Nicht MWST-pflichtig? MwSt-Zeile löschen und «Keine MWST-Pflicht gemäss Art. 10 MWSTG» vermerken.</w:t>
      </w:r>
    </w:p>
    <w:p>
      <w:pPr>
        <w:spacing w:before="240" w:after="0"/>
      </w:pPr>
      <w:r>
        <w:rPr>
          <w:b/>
          <w:i w:val="0"/>
          <w:color w:val="008DD8"/>
          <w:sz w:val="18"/>
        </w:rPr>
        <w:t>Bemerkungen</w:t>
      </w:r>
    </w:p>
    <w:p>
      <w:pPr>
        <w:spacing w:before="60" w:after="0"/>
      </w:pPr>
      <w:r>
        <w:rPr>
          <w:b w:val="0"/>
          <w:i w:val="0"/>
          <w:color w:val="212121"/>
          <w:sz w:val="18"/>
        </w:rPr>
        <w:t>[Ausführung, Zahlungsbedingungen, Anzahlung oder weitere Angaben]</w:t>
      </w:r>
    </w:p>
    <w:p>
      <w:pPr>
        <w:spacing w:before="200" w:after="0"/>
      </w:pPr>
      <w:r>
        <w:rPr>
          <w:b/>
          <w:i w:val="0"/>
          <w:color w:val="008DD8"/>
          <w:sz w:val="18"/>
        </w:rPr>
        <w:t>Hinweise</w:t>
      </w:r>
    </w:p>
    <w:p>
      <w:pPr>
        <w:spacing w:before="60" w:after="0"/>
      </w:pPr>
      <w:r>
        <w:rPr>
          <w:b w:val="0"/>
          <w:i w:val="0"/>
          <w:color w:val="212121"/>
          <w:sz w:val="18"/>
        </w:rPr>
        <w:t>Diese Offerte ist gültig bis [TT.MM.JJJJ].</w:t>
      </w:r>
    </w:p>
    <w:p>
      <w:pPr>
        <w:spacing w:before="20" w:after="0"/>
      </w:pPr>
      <w:r>
        <w:rPr>
          <w:b w:val="0"/>
          <w:i w:val="0"/>
          <w:color w:val="212121"/>
          <w:sz w:val="18"/>
        </w:rPr>
        <w:t>Preisänderungen und Irrtümer vorbehalten.</w:t>
      </w:r>
    </w:p>
    <w:p>
      <w:pPr>
        <w:spacing w:before="240" w:after="0"/>
      </w:pPr>
      <w:r>
        <w:rPr>
          <w:b w:val="0"/>
          <w:i w:val="0"/>
          <w:color w:val="212121"/>
          <w:sz w:val="20"/>
        </w:rPr>
        <w:t>Freundliche Grüsse</w:t>
      </w:r>
    </w:p>
    <w:p>
      <w:pPr>
        <w:spacing w:before="60" w:after="0"/>
      </w:pPr>
      <w:r>
        <w:rPr>
          <w:b/>
          <w:i w:val="0"/>
          <w:color w:val="212121"/>
          <w:sz w:val="20"/>
        </w:rPr>
        <w:t>[Vorname Name]</w:t>
      </w:r>
    </w:p>
    <w:p>
      <w:pPr>
        <w:spacing w:before="80" w:after="0"/>
      </w:pP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98" w:type="dxa"/>
          <w:left w:w="284" w:type="dxa"/>
          <w:bottom w:w="198" w:type="dxa"/>
          <w:right w:w="284" w:type="dxa"/>
        </w:tblCellMar>
        <w:tblLook w:firstColumn="1" w:firstRow="1" w:lastColumn="0" w:lastRow="0" w:noHBand="0" w:noVBand="1" w:val="04A0"/>
      </w:tblPr>
      <w:tblGrid>
        <w:gridCol w:w="9639"/>
      </w:tblGrid>
      <w:tr>
        <w:tc>
          <w:tcPr>
            <w:tcW w:type="dxa" w:w="9638"/>
            <w:shd w:val="clear" w:color="auto" w:fill="F8FAFC"/>
          </w:tcPr>
          <w:p>
            <w:pPr>
              <w:spacing w:before="0" w:after="0"/>
            </w:pPr>
            <w:r>
              <w:rPr>
                <w:b/>
                <w:i w:val="0"/>
                <w:color w:val="008DD8"/>
                <w:sz w:val="16"/>
              </w:rPr>
              <w:t>ANNAHME</w:t>
            </w:r>
          </w:p>
          <w:p>
            <w:pPr>
              <w:spacing w:before="80" w:after="0"/>
            </w:pPr>
            <w:r>
              <w:rPr>
                <w:b w:val="0"/>
                <w:i w:val="0"/>
                <w:color w:val="212121"/>
                <w:sz w:val="18"/>
              </w:rPr>
              <w:t>Wir nehmen diese Offerte an.</w:t>
            </w:r>
          </w:p>
          <w:p>
            <w:pPr>
              <w:spacing w:before="280" w:after="0"/>
            </w:pPr>
            <w:r>
              <w:rPr>
                <w:b w:val="0"/>
                <w:i w:val="0"/>
                <w:color w:val="808080"/>
                <w:sz w:val="18"/>
              </w:rPr>
              <w:t>Ort, Datum: ______________________________      Unterschrift: ______________________________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907" w:right="1134" w:bottom="1361" w:left="1134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18" w:space="6" w:color="008DD8"/>
      </w:pBdr>
      <w:jc w:val="center"/>
    </w:pPr>
    <w:r>
      <w:rPr>
        <w:b w:val="0"/>
        <w:i w:val="0"/>
        <w:color w:val="808080"/>
        <w:sz w:val="16"/>
      </w:rPr>
      <w:t>[Firmenname] | [Strasse Nr.], [PLZ Ort] | [E-Mail] | [Telefon]</w:t>
    </w:r>
  </w:p>
  <w:p>
    <w:pPr>
      <w:spacing w:before="40" w:after="0"/>
      <w:jc w:val="center"/>
    </w:pPr>
    <w:r>
      <w:rPr>
        <w:b w:val="0"/>
        <w:i w:val="0"/>
        <w:color w:val="969696"/>
        <w:sz w:val="14"/>
      </w:rPr>
      <w:t>Erstellt mit billify.ch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4" w:lineRule="auto"/>
    </w:pPr>
    <w:rPr>
      <w:rFonts w:ascii="Arial" w:hAnsi="Arial" w:eastAsia="Arial"/>
      <w:sz w:val="18"/>
      <w:lang w:val="de-CH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Offerte Vorlage Schweiz</dc:title>
  <dc:subject/>
  <dc:creator>Billify</dc:creator>
  <cp:keywords>Offerte, Vorlage, Schweiz, MWST</cp:keywords>
  <dc:description>Kostenlose Vorlage im Layout von Billify: https://www.billify.ch/offerte-vorlage-schweiz</dc:description>
  <cp:lastModifiedBy>Billify</cp:lastModifiedBy>
  <cp:revision>1</cp:revision>
  <dcterms:created xsi:type="dcterms:W3CDTF">2013-12-23T23:15:00Z</dcterms:created>
  <dcterms:modified xsi:type="dcterms:W3CDTF">2013-12-23T23:15:00Z</dcterms:modified>
  <cp:category/>
</cp:coreProperties>
</file>